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drawing>
          <wp:inline xmlns:a="http://schemas.openxmlformats.org/drawingml/2006/main" xmlns:pic="http://schemas.openxmlformats.org/drawingml/2006/picture">
            <wp:extent cx="6192000" cy="875096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ec-3545dd3b-05ed-461d-b8ff-9d7e25e0e4dc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87509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20" w:line="240" w:lineRule="auto"/>
        <w:jc w:val="center"/>
      </w:pPr>
      <w:r>
        <w:rPr>
          <w:rFonts w:ascii="Aptos" w:hAnsi="Aptos"/>
          <w:b/>
          <w:color w:val="12A8A0"/>
          <w:sz w:val="44"/>
        </w:rPr>
        <w:t>ZÁVAZNÁ PŘIHLÁŠKA</w:t>
      </w:r>
    </w:p>
    <w:p>
      <w:pPr>
        <w:spacing w:before="0" w:after="100" w:line="240" w:lineRule="auto"/>
        <w:jc w:val="center"/>
      </w:pPr>
      <w:r>
        <w:rPr>
          <w:rFonts w:ascii="Aptos" w:hAnsi="Aptos"/>
          <w:b/>
          <w:color w:val="103C66"/>
          <w:sz w:val="23"/>
        </w:rPr>
        <w:t>Hravá angličtina pro děti z 1.–3. tříd</w:t>
      </w:r>
    </w:p>
    <w:tbl>
      <w:tblPr>
        <w:tblW w:type="dxa" w:w="10620"/>
        <w:jc w:val="center"/>
        <w:tblLayout w:type="fixed"/>
        <w:tblLook w:firstColumn="1" w:firstRow="1" w:lastColumn="0" w:lastRow="0" w:noHBand="0" w:noVBand="1" w:val="04A0"/>
      </w:tblPr>
      <w:tblGrid>
        <w:gridCol w:w="3540"/>
        <w:gridCol w:w="3540"/>
        <w:gridCol w:w="3540"/>
      </w:tblGrid>
      <w:tr>
        <w:tc>
          <w:tcPr>
            <w:tcW w:type="dxa" w:w="3540"/>
            <w:shd w:fill="E9F8F5"/>
            <w:tcBorders>
              <w:top w:val="single" w:sz="14" w:color="FFFFFF"/>
              <w:left w:val="single" w:sz="14" w:color="FFFFFF"/>
              <w:bottom w:val="single" w:sz="14" w:color="FFFFFF"/>
              <w:right w:val="single" w:sz="14" w:color="FFFFFF"/>
            </w:tcBorders>
            <w:tcMar>
              <w:top w:w="80" w:type="dxa"/>
              <w:bottom w:w="80" w:type="dxa"/>
              <w:start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ptos" w:hAnsi="Aptos"/>
                <w:b/>
                <w:color w:val="12A8A0"/>
                <w:sz w:val="18"/>
              </w:rPr>
              <w:t>PONDĚLÍ</w:t>
            </w:r>
          </w:p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03C66"/>
                <w:sz w:val="18"/>
              </w:rPr>
              <w:t>13:30–14:30</w:t>
            </w:r>
          </w:p>
        </w:tc>
        <w:tc>
          <w:tcPr>
            <w:tcW w:type="dxa" w:w="3540"/>
            <w:shd w:fill="FFF8E8"/>
            <w:tcBorders>
              <w:top w:val="single" w:sz="14" w:color="FFFFFF"/>
              <w:left w:val="single" w:sz="14" w:color="FFFFFF"/>
              <w:bottom w:val="single" w:sz="14" w:color="FFFFFF"/>
              <w:right w:val="single" w:sz="14" w:color="FFFFFF"/>
            </w:tcBorders>
            <w:tcMar>
              <w:top w:w="80" w:type="dxa"/>
              <w:bottom w:w="80" w:type="dxa"/>
              <w:start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/>
                <w:color w:val="12A8A0"/>
                <w:sz w:val="17"/>
              </w:rPr>
              <w:t>LEKTORKY</w:t>
            </w:r>
          </w:p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03C66"/>
                <w:sz w:val="15"/>
              </w:rPr>
              <w:t>Zuzana Drhová • Eliška Holečková</w:t>
            </w:r>
          </w:p>
        </w:tc>
        <w:tc>
          <w:tcPr>
            <w:tcW w:type="dxa" w:w="3540"/>
            <w:shd w:fill="FCEBE8"/>
            <w:tcBorders>
              <w:top w:val="single" w:sz="14" w:color="FFFFFF"/>
              <w:left w:val="single" w:sz="14" w:color="FFFFFF"/>
              <w:bottom w:val="single" w:sz="14" w:color="FFFFFF"/>
              <w:right w:val="single" w:sz="14" w:color="FFFFFF"/>
            </w:tcBorders>
            <w:tcMar>
              <w:top w:w="80" w:type="dxa"/>
              <w:bottom w:w="80" w:type="dxa"/>
              <w:start w:w="70" w:type="dxa"/>
              <w:end w:w="7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ptos" w:hAnsi="Aptos"/>
                <w:b/>
                <w:color w:val="12A8A0"/>
                <w:sz w:val="18"/>
              </w:rPr>
              <w:t>CENA</w:t>
            </w:r>
          </w:p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03C66"/>
                <w:sz w:val="18"/>
              </w:rPr>
              <w:t>2 000 Kč / pololetí</w:t>
            </w:r>
          </w:p>
        </w:tc>
      </w:tr>
    </w:tbl>
    <w:tbl>
      <w:tblPr>
        <w:tblW w:type="dxa" w:w="10620"/>
        <w:jc w:val="center"/>
        <w:tblLayout w:type="fixed"/>
        <w:tblLook w:firstColumn="1" w:firstRow="1" w:lastColumn="0" w:lastRow="0" w:noHBand="0" w:noVBand="1" w:val="04A0"/>
      </w:tblPr>
      <w:tblGrid>
        <w:gridCol w:w="10620"/>
      </w:tblGrid>
      <w:tr>
        <w:tc>
          <w:tcPr>
            <w:tcW w:type="dxa" w:w="10620"/>
            <w:shd w:fill="12A8A0"/>
            <w:tcBorders>
              <w:top w:val="single" w:sz="4" w:color="12A8A0"/>
              <w:left w:val="single" w:sz="4" w:color="12A8A0"/>
              <w:bottom w:val="single" w:sz="4" w:color="12A8A0"/>
              <w:right w:val="single" w:sz="4" w:color="12A8A0"/>
            </w:tcBorders>
            <w:tcMar>
              <w:top w:w="75" w:type="dxa"/>
              <w:bottom w:w="75" w:type="dxa"/>
              <w:start w:w="150" w:type="dxa"/>
              <w:end w:w="15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FFFFFF"/>
                <w:sz w:val="22"/>
              </w:rPr>
              <w:t>ÚDAJE O DÍTĚTI</w:t>
            </w:r>
          </w:p>
        </w:tc>
      </w:tr>
    </w:tbl>
    <w:tbl>
      <w:tblPr>
        <w:tblW w:type="dxa" w:w="10620"/>
        <w:jc w:val="center"/>
        <w:tblLayout w:type="fixed"/>
        <w:tblLook w:firstColumn="1" w:firstRow="1" w:lastColumn="0" w:lastRow="0" w:noHBand="0" w:noVBand="1" w:val="04A0"/>
      </w:tblPr>
      <w:tblGrid>
        <w:gridCol w:w="10620"/>
      </w:tblGrid>
      <w:tr>
        <w:tc>
          <w:tcPr>
            <w:tcW w:type="dxa" w:w="10620"/>
            <w:shd w:fill="E9F8F5"/>
            <w:tcBorders>
              <w:top w:val="single" w:sz="8" w:color="C9DEE1"/>
              <w:left w:val="single" w:sz="8" w:color="C9DEE1"/>
              <w:bottom w:val="single" w:sz="8" w:color="C9DEE1"/>
              <w:right w:val="single" w:sz="8" w:color="C9DEE1"/>
            </w:tcBorders>
            <w:tcMar>
              <w:top w:w="100" w:type="dxa"/>
              <w:bottom w:w="100" w:type="dxa"/>
              <w:start w:w="150" w:type="dxa"/>
              <w:end w:w="15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103C66"/>
                <w:sz w:val="19"/>
              </w:rPr>
              <w:t>Jméno a příjmení dítěte   __________________________________________________________</w:t>
            </w:r>
          </w:p>
        </w:tc>
      </w:tr>
    </w:tbl>
    <w:tbl>
      <w:tblPr>
        <w:tblW w:type="dxa" w:w="10620"/>
        <w:jc w:val="center"/>
        <w:tblLayout w:type="fixed"/>
        <w:tblLook w:firstColumn="1" w:firstRow="1" w:lastColumn="0" w:lastRow="0" w:noHBand="0" w:noVBand="1" w:val="04A0"/>
      </w:tblPr>
      <w:tblGrid>
        <w:gridCol w:w="10620"/>
      </w:tblGrid>
      <w:tr>
        <w:tc>
          <w:tcPr>
            <w:tcW w:type="dxa" w:w="10620"/>
            <w:shd w:fill="FFFFFF"/>
            <w:tcBorders>
              <w:top w:val="single" w:sz="8" w:color="C9DEE1"/>
              <w:left w:val="single" w:sz="8" w:color="C9DEE1"/>
              <w:bottom w:val="single" w:sz="8" w:color="C9DEE1"/>
              <w:right w:val="single" w:sz="8" w:color="C9DEE1"/>
            </w:tcBorders>
            <w:tcMar>
              <w:top w:w="100" w:type="dxa"/>
              <w:bottom w:w="100" w:type="dxa"/>
              <w:start w:w="150" w:type="dxa"/>
              <w:end w:w="15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103C66"/>
                <w:sz w:val="19"/>
              </w:rPr>
              <w:t>Třída   __________________________________________________________</w:t>
            </w:r>
          </w:p>
        </w:tc>
      </w:tr>
    </w:tbl>
    <w:tbl>
      <w:tblPr>
        <w:tblW w:type="dxa" w:w="10620"/>
        <w:jc w:val="center"/>
        <w:tblLayout w:type="fixed"/>
        <w:tblLook w:firstColumn="1" w:firstRow="1" w:lastColumn="0" w:lastRow="0" w:noHBand="0" w:noVBand="1" w:val="04A0"/>
      </w:tblPr>
      <w:tblGrid>
        <w:gridCol w:w="10620"/>
      </w:tblGrid>
      <w:tr>
        <w:tc>
          <w:tcPr>
            <w:tcW w:type="dxa" w:w="10620"/>
            <w:shd w:fill="103C66"/>
            <w:tcBorders>
              <w:top w:val="single" w:sz="4" w:color="103C66"/>
              <w:left w:val="single" w:sz="4" w:color="103C66"/>
              <w:bottom w:val="single" w:sz="4" w:color="103C66"/>
              <w:right w:val="single" w:sz="4" w:color="103C66"/>
            </w:tcBorders>
            <w:tcMar>
              <w:top w:w="75" w:type="dxa"/>
              <w:bottom w:w="75" w:type="dxa"/>
              <w:start w:w="150" w:type="dxa"/>
              <w:end w:w="15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FFFFFF"/>
                <w:sz w:val="22"/>
              </w:rPr>
              <w:t>ZÁKONNÝ ZÁSTUPCE</w:t>
            </w:r>
          </w:p>
        </w:tc>
      </w:tr>
    </w:tbl>
    <w:tbl>
      <w:tblPr>
        <w:tblW w:type="dxa" w:w="10620"/>
        <w:jc w:val="center"/>
        <w:tblLayout w:type="fixed"/>
        <w:tblLook w:firstColumn="1" w:firstRow="1" w:lastColumn="0" w:lastRow="0" w:noHBand="0" w:noVBand="1" w:val="04A0"/>
      </w:tblPr>
      <w:tblGrid>
        <w:gridCol w:w="10620"/>
      </w:tblGrid>
      <w:tr>
        <w:tc>
          <w:tcPr>
            <w:tcW w:type="dxa" w:w="10620"/>
            <w:shd w:fill="EAF5FC"/>
            <w:tcBorders>
              <w:top w:val="single" w:sz="8" w:color="C9DEE1"/>
              <w:left w:val="single" w:sz="8" w:color="C9DEE1"/>
              <w:bottom w:val="single" w:sz="8" w:color="C9DEE1"/>
              <w:right w:val="single" w:sz="8" w:color="C9DEE1"/>
            </w:tcBorders>
            <w:tcMar>
              <w:top w:w="100" w:type="dxa"/>
              <w:bottom w:w="100" w:type="dxa"/>
              <w:start w:w="150" w:type="dxa"/>
              <w:end w:w="15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103C66"/>
                <w:sz w:val="19"/>
              </w:rPr>
              <w:t>Jméno a příjmení   __________________________________________________________</w:t>
            </w:r>
          </w:p>
        </w:tc>
      </w:tr>
    </w:tbl>
    <w:tbl>
      <w:tblPr>
        <w:tblW w:type="dxa" w:w="10620"/>
        <w:jc w:val="center"/>
        <w:tblLayout w:type="fixed"/>
        <w:tblLook w:firstColumn="1" w:firstRow="1" w:lastColumn="0" w:lastRow="0" w:noHBand="0" w:noVBand="1" w:val="04A0"/>
      </w:tblPr>
      <w:tblGrid>
        <w:gridCol w:w="10620"/>
      </w:tblGrid>
      <w:tr>
        <w:tc>
          <w:tcPr>
            <w:tcW w:type="dxa" w:w="10620"/>
            <w:shd w:fill="FFFFFF"/>
            <w:tcBorders>
              <w:top w:val="single" w:sz="8" w:color="C9DEE1"/>
              <w:left w:val="single" w:sz="8" w:color="C9DEE1"/>
              <w:bottom w:val="single" w:sz="8" w:color="C9DEE1"/>
              <w:right w:val="single" w:sz="8" w:color="C9DEE1"/>
            </w:tcBorders>
            <w:tcMar>
              <w:top w:w="100" w:type="dxa"/>
              <w:bottom w:w="100" w:type="dxa"/>
              <w:start w:w="150" w:type="dxa"/>
              <w:end w:w="15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103C66"/>
                <w:sz w:val="19"/>
              </w:rPr>
              <w:t>Telefon   __________________________________________________________</w:t>
            </w:r>
          </w:p>
        </w:tc>
      </w:tr>
    </w:tbl>
    <w:tbl>
      <w:tblPr>
        <w:tblW w:type="dxa" w:w="10620"/>
        <w:jc w:val="center"/>
        <w:tblLayout w:type="fixed"/>
        <w:tblLook w:firstColumn="1" w:firstRow="1" w:lastColumn="0" w:lastRow="0" w:noHBand="0" w:noVBand="1" w:val="04A0"/>
      </w:tblPr>
      <w:tblGrid>
        <w:gridCol w:w="10620"/>
      </w:tblGrid>
      <w:tr>
        <w:tc>
          <w:tcPr>
            <w:tcW w:type="dxa" w:w="10620"/>
            <w:shd w:fill="FFFFFF"/>
            <w:tcBorders>
              <w:top w:val="single" w:sz="8" w:color="C9DEE1"/>
              <w:left w:val="single" w:sz="8" w:color="C9DEE1"/>
              <w:bottom w:val="single" w:sz="8" w:color="C9DEE1"/>
              <w:right w:val="single" w:sz="8" w:color="C9DEE1"/>
            </w:tcBorders>
            <w:tcMar>
              <w:top w:w="100" w:type="dxa"/>
              <w:bottom w:w="100" w:type="dxa"/>
              <w:start w:w="150" w:type="dxa"/>
              <w:end w:w="15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103C66"/>
                <w:sz w:val="19"/>
              </w:rPr>
              <w:t>E-mail   __________________________________________________________</w:t>
            </w:r>
          </w:p>
        </w:tc>
      </w:tr>
    </w:tbl>
    <w:tbl>
      <w:tblPr>
        <w:tblW w:type="dxa" w:w="10620"/>
        <w:jc w:val="center"/>
        <w:tblLayout w:type="fixed"/>
        <w:tblLook w:firstColumn="1" w:firstRow="1" w:lastColumn="0" w:lastRow="0" w:noHBand="0" w:noVBand="1" w:val="04A0"/>
      </w:tblPr>
      <w:tblGrid>
        <w:gridCol w:w="10620"/>
      </w:tblGrid>
      <w:tr>
        <w:tc>
          <w:tcPr>
            <w:tcW w:type="dxa" w:w="10620"/>
            <w:shd w:fill="12A8A0"/>
            <w:tcBorders>
              <w:top w:val="single" w:sz="4" w:color="12A8A0"/>
              <w:left w:val="single" w:sz="4" w:color="12A8A0"/>
              <w:bottom w:val="single" w:sz="4" w:color="12A8A0"/>
              <w:right w:val="single" w:sz="4" w:color="12A8A0"/>
            </w:tcBorders>
            <w:tcMar>
              <w:top w:w="75" w:type="dxa"/>
              <w:bottom w:w="75" w:type="dxa"/>
              <w:start w:w="150" w:type="dxa"/>
              <w:end w:w="15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FFFFFF"/>
                <w:sz w:val="22"/>
              </w:rPr>
              <w:t>PŘÍCHOD NA KROUŽEK</w:t>
            </w:r>
          </w:p>
        </w:tc>
      </w:tr>
    </w:tbl>
    <w:tbl>
      <w:tblPr>
        <w:tblW w:type="dxa" w:w="10620"/>
        <w:jc w:val="center"/>
        <w:tblLayout w:type="fixed"/>
        <w:tblLook w:firstColumn="1" w:firstRow="1" w:lastColumn="0" w:lastRow="0" w:noHBand="0" w:noVBand="1" w:val="04A0"/>
      </w:tblPr>
      <w:tblGrid>
        <w:gridCol w:w="10620"/>
      </w:tblGrid>
      <w:tr>
        <w:tc>
          <w:tcPr>
            <w:tcW w:type="dxa" w:w="10620"/>
            <w:shd w:fill="E9F8F5"/>
            <w:tcBorders>
              <w:top w:val="single" w:sz="7" w:color="C9DEE1"/>
              <w:left w:val="single" w:sz="7" w:color="C9DEE1"/>
              <w:bottom w:val="single" w:sz="7" w:color="C9DEE1"/>
              <w:right w:val="single" w:sz="7" w:color="C9DEE1"/>
            </w:tcBorders>
            <w:tcMar>
              <w:top w:w="90" w:type="dxa"/>
              <w:bottom w:w="90" w:type="dxa"/>
              <w:start w:w="150" w:type="dxa"/>
              <w:end w:w="15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103C66"/>
                <w:sz w:val="19"/>
              </w:rPr>
              <w:t>☐  Dítě vyzvednou lektorky ze školní družiny.</w:t>
            </w:r>
          </w:p>
        </w:tc>
      </w:tr>
      <w:tr>
        <w:tc>
          <w:tcPr>
            <w:tcW w:type="dxa" w:w="10620"/>
            <w:shd w:fill="E9F8F5"/>
            <w:tcBorders>
              <w:top w:val="single" w:sz="7" w:color="C9DEE1"/>
              <w:left w:val="single" w:sz="7" w:color="C9DEE1"/>
              <w:bottom w:val="single" w:sz="7" w:color="C9DEE1"/>
              <w:right w:val="single" w:sz="7" w:color="C9DEE1"/>
            </w:tcBorders>
            <w:tcMar>
              <w:top w:w="90" w:type="dxa"/>
              <w:bottom w:w="90" w:type="dxa"/>
              <w:start w:w="150" w:type="dxa"/>
              <w:end w:w="15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103C66"/>
                <w:sz w:val="19"/>
              </w:rPr>
              <w:t>☐  Dítě přijde na kroužek samo.</w:t>
            </w:r>
          </w:p>
        </w:tc>
      </w:tr>
    </w:tbl>
    <w:tbl>
      <w:tblPr>
        <w:tblW w:type="dxa" w:w="10620"/>
        <w:jc w:val="center"/>
        <w:tblLayout w:type="fixed"/>
        <w:tblLook w:firstColumn="1" w:firstRow="1" w:lastColumn="0" w:lastRow="0" w:noHBand="0" w:noVBand="1" w:val="04A0"/>
      </w:tblPr>
      <w:tblGrid>
        <w:gridCol w:w="10620"/>
      </w:tblGrid>
      <w:tr>
        <w:tc>
          <w:tcPr>
            <w:tcW w:type="dxa" w:w="10620"/>
            <w:shd w:fill="F26352"/>
            <w:tcBorders>
              <w:top w:val="single" w:sz="4" w:color="F26352"/>
              <w:left w:val="single" w:sz="4" w:color="F26352"/>
              <w:bottom w:val="single" w:sz="4" w:color="F26352"/>
              <w:right w:val="single" w:sz="4" w:color="F26352"/>
            </w:tcBorders>
            <w:tcMar>
              <w:top w:w="75" w:type="dxa"/>
              <w:bottom w:w="75" w:type="dxa"/>
              <w:start w:w="150" w:type="dxa"/>
              <w:end w:w="15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FFFFFF"/>
                <w:sz w:val="22"/>
              </w:rPr>
              <w:t>ODCHOD PO SKONČENÍ KROUŽKU</w:t>
            </w:r>
          </w:p>
        </w:tc>
      </w:tr>
    </w:tbl>
    <w:tbl>
      <w:tblPr>
        <w:tblW w:type="dxa" w:w="10620"/>
        <w:jc w:val="center"/>
        <w:tblLayout w:type="fixed"/>
        <w:tblLook w:firstColumn="1" w:firstRow="1" w:lastColumn="0" w:lastRow="0" w:noHBand="0" w:noVBand="1" w:val="04A0"/>
      </w:tblPr>
      <w:tblGrid>
        <w:gridCol w:w="10620"/>
      </w:tblGrid>
      <w:tr>
        <w:tc>
          <w:tcPr>
            <w:tcW w:type="dxa" w:w="10620"/>
            <w:shd w:fill="FCEBE8"/>
            <w:tcBorders>
              <w:top w:val="single" w:sz="7" w:color="C9DEE1"/>
              <w:left w:val="single" w:sz="7" w:color="C9DEE1"/>
              <w:bottom w:val="single" w:sz="7" w:color="C9DEE1"/>
              <w:right w:val="single" w:sz="7" w:color="C9DEE1"/>
            </w:tcBorders>
            <w:tcMar>
              <w:top w:w="90" w:type="dxa"/>
              <w:bottom w:w="90" w:type="dxa"/>
              <w:start w:w="150" w:type="dxa"/>
              <w:end w:w="15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103C66"/>
                <w:sz w:val="19"/>
              </w:rPr>
              <w:t>☐  Dítě se vrací zpět do školní družiny.</w:t>
            </w:r>
          </w:p>
        </w:tc>
      </w:tr>
      <w:tr>
        <w:tc>
          <w:tcPr>
            <w:tcW w:type="dxa" w:w="10620"/>
            <w:shd w:fill="FCEBE8"/>
            <w:tcBorders>
              <w:top w:val="single" w:sz="7" w:color="C9DEE1"/>
              <w:left w:val="single" w:sz="7" w:color="C9DEE1"/>
              <w:bottom w:val="single" w:sz="7" w:color="C9DEE1"/>
              <w:right w:val="single" w:sz="7" w:color="C9DEE1"/>
            </w:tcBorders>
            <w:tcMar>
              <w:top w:w="90" w:type="dxa"/>
              <w:bottom w:w="90" w:type="dxa"/>
              <w:start w:w="150" w:type="dxa"/>
              <w:end w:w="15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103C66"/>
                <w:sz w:val="19"/>
              </w:rPr>
              <w:t>☐  Dítě odchází samo – zákonný zástupce přebírá odpovědnost.</w:t>
            </w:r>
          </w:p>
        </w:tc>
      </w:tr>
      <w:tr>
        <w:tc>
          <w:tcPr>
            <w:tcW w:type="dxa" w:w="10620"/>
            <w:shd w:fill="FCEBE8"/>
            <w:tcBorders>
              <w:top w:val="single" w:sz="7" w:color="C9DEE1"/>
              <w:left w:val="single" w:sz="7" w:color="C9DEE1"/>
              <w:bottom w:val="single" w:sz="7" w:color="C9DEE1"/>
              <w:right w:val="single" w:sz="7" w:color="C9DEE1"/>
            </w:tcBorders>
            <w:tcMar>
              <w:top w:w="90" w:type="dxa"/>
              <w:bottom w:w="90" w:type="dxa"/>
              <w:start w:w="150" w:type="dxa"/>
              <w:end w:w="15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103C66"/>
                <w:sz w:val="19"/>
              </w:rPr>
              <w:t>☐  Dítě si vyzvedne zákonný zástupce / pověřená osoba.</w:t>
            </w:r>
          </w:p>
        </w:tc>
      </w:tr>
    </w:tbl>
    <w:p>
      <w:pPr>
        <w:spacing w:before="80" w:after="40" w:line="240" w:lineRule="auto"/>
      </w:pPr>
      <w:r>
        <w:rPr>
          <w:rFonts w:ascii="Aptos" w:hAnsi="Aptos"/>
          <w:b/>
          <w:color w:val="103C66"/>
          <w:sz w:val="21"/>
        </w:rPr>
        <w:t>Zdravotní omezení / důležité informace</w:t>
      </w:r>
    </w:p>
    <w:tbl>
      <w:tblPr>
        <w:tblW w:type="dxa" w:w="10620"/>
        <w:jc w:val="center"/>
        <w:tblLayout w:type="fixed"/>
        <w:tblLook w:firstColumn="1" w:firstRow="1" w:lastColumn="0" w:lastRow="0" w:noHBand="0" w:noVBand="1" w:val="04A0"/>
      </w:tblPr>
      <w:tblGrid>
        <w:gridCol w:w="10620"/>
      </w:tblGrid>
      <w:tr>
        <w:tc>
          <w:tcPr>
            <w:tcW w:type="dxa" w:w="10620"/>
            <w:shd w:fill="FFFFFF"/>
            <w:tcBorders>
              <w:top w:val="single" w:sz="8" w:color="C9DEE1"/>
              <w:left w:val="single" w:sz="8" w:color="C9DEE1"/>
              <w:bottom w:val="single" w:sz="8" w:color="C9DEE1"/>
              <w:right w:val="single" w:sz="8" w:color="C9DEE1"/>
            </w:tcBorders>
            <w:tcMar>
              <w:top w:w="100" w:type="dxa"/>
              <w:bottom w:w="100" w:type="dxa"/>
              <w:start w:w="150" w:type="dxa"/>
              <w:end w:w="15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103C66"/>
                <w:sz w:val="19"/>
              </w:rPr>
              <w:t xml:space="preserve">   __________________________________________________________</w:t>
            </w:r>
          </w:p>
        </w:tc>
      </w:tr>
    </w:tbl>
    <w:tbl>
      <w:tblPr>
        <w:tblW w:type="dxa" w:w="10620"/>
        <w:jc w:val="center"/>
        <w:tblLayout w:type="fixed"/>
        <w:tblLook w:firstColumn="1" w:firstRow="1" w:lastColumn="0" w:lastRow="0" w:noHBand="0" w:noVBand="1" w:val="04A0"/>
      </w:tblPr>
      <w:tblGrid>
        <w:gridCol w:w="10620"/>
      </w:tblGrid>
      <w:tr>
        <w:tc>
          <w:tcPr>
            <w:tcW w:type="dxa" w:w="10620"/>
            <w:shd w:fill="E9F8F5"/>
            <w:tcBorders>
              <w:top w:val="single" w:sz="10" w:color="12A8A0"/>
              <w:left w:val="single" w:sz="10" w:color="12A8A0"/>
              <w:bottom w:val="single" w:sz="10" w:color="12A8A0"/>
              <w:right w:val="single" w:sz="10" w:color="12A8A0"/>
            </w:tcBorders>
            <w:tcMar>
              <w:top w:w="105" w:type="dxa"/>
              <w:bottom w:w="105" w:type="dxa"/>
              <w:start w:w="150" w:type="dxa"/>
              <w:end w:w="150" w:type="dxa"/>
            </w:tcMar>
          </w:tcPr>
          <w:p>
            <w:pPr>
              <w:spacing w:after="0" w:line="240" w:lineRule="auto"/>
            </w:pPr>
            <w:r>
              <w:rPr>
                <w:rFonts w:ascii="Aptos" w:hAnsi="Aptos"/>
                <w:sz w:val="18"/>
              </w:rPr>
              <w:t>Závazně přihlašuji své dítě na kroužek Hravé angličtiny. Souhlasím s cenou 2 000 Kč za pololetí. Platbu odevzdám v hotovosti nejpozději do 1. října.</w:t>
            </w:r>
          </w:p>
        </w:tc>
      </w:tr>
    </w:tbl>
    <w:tbl>
      <w:tblPr>
        <w:tblW w:type="dxa" w:w="10620"/>
        <w:jc w:val="center"/>
        <w:tblLayout w:type="fixed"/>
        <w:tblLook w:firstColumn="1" w:firstRow="1" w:lastColumn="0" w:lastRow="0" w:noHBand="0" w:noVBand="1" w:val="04A0"/>
      </w:tblPr>
      <w:tblGrid>
        <w:gridCol w:w="5310"/>
        <w:gridCol w:w="5310"/>
      </w:tblGrid>
      <w:tr>
        <w:tc>
          <w:tcPr>
            <w:tcW w:type="dxa" w:w="5310"/>
            <w:tcMar>
              <w:top w:w="90" w:type="dxa"/>
              <w:bottom w:w="90" w:type="dxa"/>
              <w:start w:w="40" w:type="dxa"/>
              <w:end w:w="4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103C66"/>
                <w:sz w:val="18"/>
              </w:rPr>
              <w:t>V Praze dne: __________________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40" w:type="dxa"/>
              <w:end w:w="4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 w:val="0"/>
                <w:color w:val="103C66"/>
                <w:sz w:val="18"/>
              </w:rPr>
              <w:t>Podpis zákonného zástupce: __________________</w:t>
            </w:r>
          </w:p>
        </w:tc>
      </w:tr>
      <w:tr>
        <w:tc>
          <w:tcPr>
            <w:tcW w:type="dxa" w:w="5310"/>
            <w:tcMar>
              <w:top w:w="90" w:type="dxa"/>
              <w:bottom w:w="90" w:type="dxa"/>
              <w:start w:w="40" w:type="dxa"/>
              <w:end w:w="4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103C66"/>
                <w:sz w:val="18"/>
              </w:rPr>
              <w:t>Místo konání: VE ŠKOLE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40" w:type="dxa"/>
              <w:end w:w="4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ptos" w:hAnsi="Aptos"/>
                <w:b/>
                <w:color w:val="103C66"/>
                <w:sz w:val="18"/>
              </w:rPr>
              <w:t>Termín: každé pondělí 13:30–14:30</w:t>
            </w:r>
          </w:p>
        </w:tc>
      </w:tr>
    </w:tbl>
    <w:tbl>
      <w:tblPr>
        <w:tblW w:type="dxa" w:w="10620"/>
        <w:jc w:val="center"/>
        <w:tblLayout w:type="fixed"/>
        <w:tblLook w:firstColumn="1" w:firstRow="1" w:lastColumn="0" w:lastRow="0" w:noHBand="0" w:noVBand="1" w:val="04A0"/>
      </w:tblPr>
      <w:tblGrid>
        <w:gridCol w:w="10620"/>
      </w:tblGrid>
      <w:tr>
        <w:tc>
          <w:tcPr>
            <w:tcW w:type="dxa" w:w="10620"/>
            <w:shd w:fill="F26352"/>
            <w:tcBorders>
              <w:top w:val="single" w:sz="4" w:color="F26352"/>
              <w:left w:val="single" w:sz="4" w:color="F26352"/>
              <w:bottom w:val="single" w:sz="4" w:color="F26352"/>
              <w:right w:val="single" w:sz="4" w:color="F26352"/>
            </w:tcBorders>
            <w:tcMar>
              <w:top w:w="95" w:type="dxa"/>
              <w:bottom w:w="95" w:type="dxa"/>
              <w:start w:w="130" w:type="dxa"/>
              <w:end w:w="13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PŘIHLÁŠKU ODEVZDEJTE DO 23. ZÁŘÍ  •  PLATBU V HOTOVOSTI DO 1. ŘÍJNA</w:t>
            </w:r>
          </w:p>
        </w:tc>
      </w:tr>
    </w:tbl>
    <w:sectPr w:rsidR="00FC693F" w:rsidRPr="0006063C" w:rsidSect="00034616">
      <w:footerReference w:type="default" r:id="rId10"/>
      <w:pgSz w:w="11906" w:h="16838"/>
      <w:pgMar w:top="652" w:right="709" w:bottom="595" w:left="709" w:header="720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Aptos" w:hAnsi="Aptos"/>
        <w:b w:val="0"/>
        <w:color w:val="617280"/>
        <w:sz w:val="16"/>
      </w:rPr>
      <w:t>Hravá angličtina • učíme se pohybem, hrou a komunikací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Aptos" w:hAnsi="Aptos"/>
      <w:color w:val="103C66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